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שכל שאלה היא טקסט קצר שיש לקרוא ולפרק בעיון לפני 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ולהפנים את חמשת השלבים לפירוק שאלה ומענה מלא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שלושת ממדי השאלה ולהתאים את אופי התשובה לכל 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שליטה במילות שאלה מרכזיות וביישומן בכתיבת תשובות 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השאלה כטקסט: מבוא – מזהים את הרעיון הבסיסי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השאלה בשיטת חמשת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קריאה חלקית עלולה לגרום לפספס פרט או חלק מהמשימה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השאלה כטקסט: מבוא – מזהים את המרכיבים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איור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מספר החלקים הנדרשים בתשובה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השאלה כטקסט: מבוא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 מה השאלה עוסקת)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(פרט שכבר נמסר בתוך השאלה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(הפעולה שיש לבצע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כמו מדוע, הסבירו, השוו)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השאלה כטקסט: מבוא – משלימים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חמשת השלבים לפירוק שאלה – זיהוי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לקרוא את השאלה לאט, ואפילו פעמיים, לפני שעונים.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חצי מהתשובה כבר כתובה בשאלה, למשל מספר הפסקה.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מספר בשאלה שווה למספר חלקי התשובה הנדרשים.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חמשת השלבים לפירוק שאלה – התאמת שלב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(קריאה לאטית, ואפילו פעמיים, לפני שמתחילים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(בדיקה אם השאלה כבר מרמזת על מיקום המידע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(הקפת מילים כמו 'הסבירו', 'השוו', 'בפסקה 2')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חמשת השלבים לפירוק שאלה – יישום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מילות השאלה: 'הסבירו', 'לדעתכם', 'הביאו דוגמה'. השאלה שייכת לממד פרשנות והיסק (ויש בה גם רכיב הערכה), כי נדרש הסבר אישי מבוסס על הטקסט.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שלושת הממדים: איתור, פרשנות והערכה – היכרות עם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שלושת הממדים: איתור, פרשנות והערכה – זיהוי הממד בשאלות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שאלת הערכה וביקורת, כי מבקשים עמדה אישית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בממד הזה מחפשים בראש, מביעים עמדה ומנמקים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שלושת הממדים: איתור, פרשנות והערכה – התאמת שאלות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(הערכה וביקורת)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שלושת הממדים: איתור, פרשנות והערכה – השלמת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מילון מילות שאלה – היכרות עם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הסבר עם המילה ׳כי׳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גם דמיון וגם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מילון מילות שאלה – השלמת משפטים על מבנה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מילון מילות שאלה – ניתוח וכתיבה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׳נמקו׳ מבקש סיבה, והמילה ׳כי׳ מחברת בין הטענה לבין ההסבר שלה.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תרגול לפי טקסטים מסוגות שונות – מכירים את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(מזמינה את הקהל להשתתף באירוע ונותנת פרטים מעשיים כמו תאריך ומקום)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(מספרת על אירוע אמיתי שהתרחש ועונה על מי, מה, איפה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(מסביר תופעה כללית ומביא נתונים והסברים התומכים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(כתיבה אישית המתארת חוויה או תהליך מנקודת מבטו של הכותב)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לפי טקסטים מסוגות שונות – זיהוי הממד בשאלות אמיתיות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לפי טקסטים מסוגות שונות – כתיבת שאלות לפי ממד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הבודקת פרט מפורש בטקסט, למשל כמה שעות שינה מומלצות לבני נוער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וכרטיס יציאה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השלב הראשון שמטרתו הבנה מלאה של השאלה לפני כל ניסיון לענות.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בשאלה מצביע בדרך כלל על מספר החלקים שצריך לכלול בתשובה.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שלב 5 כולל חזרה לסימונים משלב 3 ובדיקה שכל חלק נענה.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וכרטיס יציאה – זיהוי הממד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מסכמת וכרטיס יציאה – התאמת ניסוח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(איתור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כל חמשת השלבים בסדר הנכון ומסבירה בקצרה 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מבוסס על מילת השאלה ועל סוג הפעולה הנדרשת - מציאה, הסקה או חוות דעת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עצמית מול מספר החלקים שהשאלה דרשה והאם כל חלק נענה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לכמה שיעורים - פרק אחד או שניים בכל שיעור, עם חזרה קצרה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בגרסת חנ״מ עבור תלמידים הזקוקים להתאמות, עם 3 אפשרויות ופתיח משפט במקום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להשתמש בגרסת עברית פשוטה עם מילון מונחים נלווה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כדי לעקוב אחר ההתקדמות ולזהות תלמידים הזקוקים לתרגול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חוברת זו מלווה אתכם בתרגול שיטתי של פירוק שאלות לפי חמישה שלבים. עברו על הפרקים לפי הסדר, תרגלו כל שלב בעצמכם, ובידקו את עצמכם בעזרת כרטיסי היציאה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נמקו  ·  הסבר  ·  הבדל  ·  שאלה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השאלה כטקסט: מבוא – מזהים את הרעיון הבסיסי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השאלה היא טקסט קצר שיש בו נושא, מידע והוראה.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לדלג על חלק מהשאלה ולעבור ישר לכתיבת התשובה, כי החשוב הוא רק הסוף.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השאלה כטקסט: מבוא – מזהים את המרכיבים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אינו אחד משלושת המרכיבים של השאלה כטקסט?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איור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כאשר שאלה מבקשת 'ציינו שלוש סיבות', המספר שבה מלמד בעיקר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כמות המילים הנדרשת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החלקים הנדרשים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הפסקאות בטקסט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השאלה כטקסט: מבוא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פרט שכבר נמסר בתוך השאלה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הפעולה שיש לבצע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כמו מדוע, הסבירו, השוו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על מה השאלה עוסקת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השאלה כטקסט: מבוא – משלימים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"__________" בשאלה מחייבת לכתוב נימוק עם המילה "כי".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לפעמים חצי מהתשובה כבר כתוב ב__________ עצמה, למשל ציון מספר פסקה.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חמשת השלבים לפירוק שאלה – זיהוי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השלב הראשון בשיטה הוא לקרוא את השאלה פעם אחת בלבד ובמהירות.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השני בודקים איזה מידע אפשר להפיק מהשאלה עצמה, עוד לפני החזרה לטקסט.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בתוך השאלה, כמו 'ציינו שתי סיבות', מצביע על מספר החלקים הנדרשים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חמשת השלבים לפירוק שאלה – התאמת שלב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 – קוראים את השאלה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בדיקה אם השאלה כבר מרמזת על מיקום המידע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2 – מה אפשר להפיק מהשאלה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הקפת מילים כמו 'הסבירו', 'השוו', 'בפסקה 2'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3 – מסמנים מילות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קריאה לאטית, ואפילו פעמיים, לפני שמתחילים לענות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חמשת השלבים לפירוק שאלה – יישום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'הסבירו מדוע, לדעתכם, הכותב פתח את הכתבה בתיאור אישי, והביאו דוגמה מהטקסט התומכת בטענתכם.' סמנו את מילות השאלה וקבעו לאיזה ממד היא שייכת.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שלושת הממדים: איתור, פרשנות והערכה – היכרות עם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שאלה כמו 'מה קרה בפסקה השנייה?'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שאלה שמבקשת להסביר קשר בין שני אירועים בטקסט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שלושת הממדים: איתור, פרשנות והערכה – זיהוי הממד בשאלות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שאלת 'לדעתכם, האם ההחלטה הייתה נכונה?'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בממד הערכה וביקורת מחפשים את התשובה ישירות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שלושת הממדים: איתור, פרשנות והערכה – התאמת שאלות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ציינו יום, שעות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כמה ילדים השתתפו בפעילות?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מדוע לדעתכם בחרה הכותבת בכותרת זו?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האם אתם מסכימים עם הטענה בטקסט? נמקו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איתור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שלושת הממדים: איתור, פרשנות והערכה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מילון מילות שאלה – היכרות עם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מילת השאלה ׳נמקו׳ מחייבת שהתשובה תכלול...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עובדה אחת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הסבר עם המילה ׳כי׳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ציטוט מדויק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מילת השאלה ׳השוו׳ דורשת מהכותב/ת לציין...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מה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מה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דמיון וגם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השאלה ׳מה גרם לדמות לשנות את דעתה?׳ שייכת בעיקר לממד...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מילון מילות שאלה – השלמת משפטים על מבנה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מילת השאלה ׳הסבירו׳ דורשת מהכותב/ת לכתוב __________ ולא רק לציין עובדה.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׳השוו׳ מחייבת להתייחס גם לדמיון וגם ל__________ בין שני פריטים.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מילון מילות שאלה – ניתוח וכתיבה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מדוע מילת השאלה ׳נמקו׳ קובעת שהתשובה חייבת לכלול את המילה ׳כי׳.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תרגול לפי טקסטים מסוגות שונות – מכירים את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מספרת על אירוע אמיתי שהתרחש ועונה על מי, מה, איפה ומתי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מזמינה את הקהל להשתתף באירוע ונותנת פרטים מעשיים כמו תאריך ומקום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מאמר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 אישית המתארת חוויה או תהליך מנקודת מבטו של הכותב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מסביר תופעה כללית ומביא נתונים והסברים התומכים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תרגול לפי טקסטים מסוגות שונות – זיהוי הממד בשאלות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ואיפה יתקיים יום הספורט והנתינה?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לדעתכם הפך דווקא מגרש החול לגינה ירוקה ולא למגרש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תרגול לפי טקסטים מסוגות שונות – כתיבת שאלות לפי ממד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בממד איתור מידע על תוכנו של מאמר המידע 'לילה טוב למוח'.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חזרה מסכמת וכרטיס יציאה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השלב הראשון בשיטת חמשת השלבים הוא לקרוא את השאלה עד הסוף, לאט ואפילו פעמיים.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הפרטים שמופיעים בשאלה אינו קשור כלל למספר החלקים הנדרשים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האחרון בשיטה בודקים אם עניתי על כל חלקי השאלה.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חזרה מסכמת וכרטיס יציאה – זיהוי הממד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שאלה המבקשת 'ציינו באיזו שעה מתחיל האירוע'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חזרה מסכמת וכרטיס יציאה – התאמת ניסוח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ציטטו מהטקסט את המשפט המתאים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ניתן להסיק מהתנהגות הדמות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האם לדעתכם הפתרון שהוצע הוגן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באיזו פסקה מופיע המידע המבוקש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פרשנות והיסק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במילים שלי מהם חמשת השלבים לפירוק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מצליח/ה לזהות לאיזה ממד שייכת שאלה נתונה - איתור, פרשנות או הערכה?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השאלה כטקסט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