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❓ השאלה כטקסט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השאלה כטקסט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שכל שאלה היא טקסט קצר שיש לקרוא ולפרק בעיון לפני מענה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ולהפנים את חמשת השלבים לפירוק שאלה ומענה מלא עליה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שלושת ממדי השאלה ולהתאים את אופי התשובה לכל ממד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שליטה במילות שאלה מרכזיות וביישומן בכתיבת תשובות מדויקות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השאלה כטקסט: מבוא – מזהים את הרעיון הבסיסי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מוגדרת השאלה בשיטת חמשת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קריאה חלקית עלולה לגרום לפספס פרט או חלק מהמשימה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השאלה עצמה נותנת רמזים ומידע מסייע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השאלה כטקסט: מבוא – מזהים את המרכיבים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 – איור מלווה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מספר החלקים הנדרשים בתשובה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מיקום המידע בטקסט (פסקה 3)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השאלה כטקסט: מבוא – מתאימים ומשלימים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(על מה השאלה עוסקת)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(פרט שכבר נמסר בתוך השאלה עצמה)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(הפעולה שיש לבצע כדי לענות)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(מילה כמו מדוע, הסבירו, השוו)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השאלה כטקסט: מבוא – משלימים ומיישמים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נמקו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חמשת השלבים לפירוק שאלה – זיהוי השיטה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לקרוא את השאלה לאט, ואפילו פעמיים, לפני שעונים.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לפעמים חצי מהתשובה כבר כתובה בשאלה, למשל מספר הפסקה.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מספר בשאלה שווה למספר חלקי התשובה הנדרשים.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'נמקו' מחייב לכתוב הסבר עם מילת הקישור 'כי'.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בדיקת הבקרה האחרונה לפני הגשת התשובה.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חמשת השלבים לפירוק שאלה – התאמת שלב לתפקידו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(קריאה לאטית, ואפילו פעמיים, לפני שמתחילים לענות)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(בדיקה אם השאלה כבר מרמזת על מיקום המידע בטקסט)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(הקפת מילים כמו 'הסבירו', 'השוו', 'בפסקה 2')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(ניסוח מה נדרש וזיהוי הממד: איתור, פרשנות או הערכה)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(מענה במשפט מלא ובדיקה שכל חלק בשאלה קיבל מענה)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חמשת השלבים לפירוק שאלה – יישום וניתוח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מילות השאלה: 'הסבירו', 'לדעתכם', 'הביאו דוגמה'. השאלה שייכת לממד פרשנות והיסק (ויש בה גם רכיב הערכה), כי נדרש הסבר אישי מבוסס על הטקסט.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עליי להביע עמדה אישית (מסכים/ה או לא) ולנמק אותה בשני פרטים מתוך הטקסט – זו שאלה בממד הערכה וביקורת.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 הכוללת את חמשת השלבים: קריאה, הפקת מידע, סימון מילות שאלה, ניסוח המשימה וזיהוי ממד, ומענה מלא.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קריאה חפוזה עלולה לגרום לפספוס מילות שאלה, מספר חלקים נדרשים או הוראה כמו 'נמקו', וכך להתקבל תשובה חלקית למרות הבנת הטקסט.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שלושת הממדים: איתור, פרשנות והערכה – היכרות עם הממדים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איתור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פרשנות והיסק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הערכה וביקורת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שלושת הממדים: איתור, פרשנות והערכה – זיהוי הממד בשאלות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זו שאלת הערכה וביקורת, כי מבקשים עמדה אישית מנומקת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בממד הזה מחפשים בראש, מביעים עמדה ומנמקים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מדובר בפרטים מפורשים הכתובים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שלושת הממדים: איתור, פרשנות והערכה – התאמת שאלות לממד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(איתור מידע)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(איתור מידע)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(פרשנות והיסק)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(פרשנות והיסק)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(הערכה וביקורת)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שלושת הממדים: איתור, פרשנות והערכה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איתור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הערכה וביקורת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מילון מילות שאלה – היכרות עם מילות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הסבר עם המילה ׳כי׳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גם דמיון וגם הבדל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פרשנות והיסק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איתור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הערכה וביקורת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מילון מילות שאלה – השלמת משפטים על מבנה התשובה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הבדל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הערכה וביקורת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מילון מילות שאלה – ניתוח וכתיבה עצמאית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׳נמקו׳ מבקש סיבה, והמילה ׳כי׳ מחברת בין הטענה לבין ההסבר שלה.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דמיון בין העמדות, הבדל ביניהן, בחירה באחת מהן, ונימוק עם ׳כי׳ לבחירה.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שאלה שמשלבת למשל ׳ציינו׳, ׳הסבירו׳ ו׳לדעתכם... נמקו׳, עם סימון מילות השאלה.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כדי לדעת כמה חלקים צריך בתשובה, וכדי לדעת לאיזה ממד לפנות (טקסט, בין השורות או דעה אישית).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תרגול לפי טקסטים מסוגות שונות – מכירים את הסוגות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(מזמינה את הקהל להשתתף באירוע ונותנת פרטים מעשיים כמו תאריך ומקום)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(מספרת על אירוע אמיתי שהתרחש ועונה על מי, מה, איפה ומתי)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(מסביר תופעה כללית ומביא נתונים והסברים התומכים 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(כתיבה אישית המתארת חוויה או תהליך מנקודת מבטו של הכותב)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(מציג עמדה בנושא שנוי במחלוקת ומביא נימוקים התומכים 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תרגול לפי טקסטים מסוגות שונות – זיהוי הממד בשאלות אמיתיות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איתור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פרשנות והיסק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הערכה וביקורת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פרשנות והיסק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השוו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תרגול לפי טקסטים מסוגות שונות – כתיבת שאלות לפי ממד וסוגה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הבודקת פרט מפורש בטקסט, למשל כמה שעות שינה מומלצות לבני נוער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שמבקשת עמדה אישית ונימוק, כגון האם יש לחייב משחקים פעילים בהפסקה; שייכת להערכה כי דורשת שיפוט ולא רק איתור או 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למשל: מאמר מידע נועד להסביר תופעה באמצעות נתונים, ואילו בלוג נועד לשתף חוויה אישית מנקודת מבט הכותב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חזרה מסכמת וכרטיס יציאה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השלב הראשון שמטרתו הבנה מלאה של השאלה לפני כל ניסיון לענות.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מספר בשאלה מצביע בדרך כלל על מספר החלקים שצריך לכלול בתשובה.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שלב 5 כולל חזרה לסימונים משלב 3 ובדיקה שכל חלק נענה.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נימוק הוא חלק הכרחי בתשובה לשאלה שמבקשת 'נמקו'.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חזרה מסכמת וכרטיס יציאה – זיהוי הממד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איתור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הערכה וביקורת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פרשנות והיסק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חזרה מסכמת וכרטיס יציאה – התאמת ניסוח לממד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(איתור מידע)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(פרשנות והיסק)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(הערכה וביקורת)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(איתור מידע)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את כל חמשת השלבים בסדר הנכון ומסבירה בקצרה כל 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מבוסס על מילת השאלה ועל סוג הפעולה הנדרשת - מציאה, הסקה או חוות דעת 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בדיקה עצמית מול מספר החלקים שהשאלה דרשה והאם כל חלק נענה במשפט שלם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החוברת לכמה שיעורים - פרק אחד או שניים בכל שיעור, עם חזרה קצרה בתחילת כל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בגרסת חנ״מ עבור תלמידים הזקוקים להתאמות, עם 3 אפשרויות ופתיח משפט במקום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כדאי להשתמש בגרסת עברית פשוטה עם מילון מונחים נלווה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כל פרק בכרטיס יציאה כדי לעקוב אחר ההתקדמות ולזהות תלמידים הזקוקים לתרגול נוסף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❓ השאלה כטקסט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השאלה כטקסט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נלמד איך לקרוא שאלה לאט ולהבין מה היא מבקשת. נעבור על כל פרק לפי הסדר ונתרגל.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ממד השאלה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הסוג של השאלה - האם מבקשים למצוא מידע, להסיק מסקנה או להביע דעה מנומקת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איתור מידע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ממד שבו התשובה נמצאת כתובה בטקסט במפורש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פרשנות והיסק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ממד שבו צריך להבין משהו שלא כתוב במפורש אלא נרמז בטקסט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הערכה וביקורת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ממד שבו מבקשים לחוות דעה ולנמק אותה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שאלה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שפותחת את השאלה וקובעת איזה סוג תשובה נדרש, כמו מה, מדוע, הסבירו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חמשת השלבים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שיטה לפירוק שאלה: קריאה, הפקת מידע, סימון מילים, הגדרת המשימה, מענה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יציאה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תרגיל קצר בסוף שיעור הבודק אם הבנו את החומר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נמקו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הוראה בשאלה המחייבת לכתוב גם סיבה, בדרך כלל במילה כי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 חלקים בתשובה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 לפיו מספר הפריטים שמבקשים בשאלה קובע כמה חלקים צריכים להיות בתשובה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השאלה כטקסט: מבוא – מזהים את הרעיון הבסיסי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השאלה היא טקסט קצר שיש בו נושא, מידע והוראה.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לדלג על חלק מהשאלה ולעבור ישר לכתיבת התשובה, כי החשוב הוא רק הסוף.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לפעמים חלק מהתשובה כבר כתוב בתוך השאלה עצמה, למשל ציון מספר פסקה.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השאלה כטקסט: מבוא – מזהים את המרכיבים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לא שייך לשאלה?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איור מלווה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מרמז המספר בשאלה?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כמות המילים הנדרשת בתשובה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החלקים הנדרשים בתשובה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הפסקאות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אורך הטקסט המקורי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בשאלה 'בפסקה 3 מסופר על גיבור הסיפור. מדוע לדעתכם קיבל את ההחלטה?' – המידע שכבר נמסר בשאלה עצמה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מיקום המידע בטקסט (פסקה 3)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הגיבור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הסיבה להחלטה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התשובה המלאה לשאלה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השאלה כטקסט: מבוא – מתאימים ומשלימים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נושא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מילה כמו מדוע, הסבירו, השוו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מידע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הפעולה שיש לבצע כדי לענות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הוראה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פרט שכבר נמסר בתוך השאלה עצמה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מילת 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על מה השאלה עוסקת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השאלה כטקסט: מבוא – משלימים ומיישמים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"__________" בשאלה מחייבת לכתוב נימוק עם המילה "כי".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לפעמים חצי מהתשובה כבר כתוב ב__________ עצמה, למשל ציון מספר פסקה.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חמשת השלבים לפירוק שאלה – זיהוי השיטה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השלב הראשון בשיטה הוא לקרוא את השאלה פעם אחת בלבד ובמהירות.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השני בודקים איזה מידע אפשר להפיק מהשאלה עצמה, עוד לפני החזרה לטקסט.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בתוך השאלה, כמו 'ציינו שתי סיבות', מצביע על מספר החלקים הנדרשים בתשובה.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'נמקו' בשאלה מתקיימת גם בלי הסבר, רק באמצעות ציון עובדה אחת.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החמישי חוזרים לסימונים שסומנו בשלב 3 ובודקים שכל חלק בשאלה נענה.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חמשת השלבים לפירוק שאלה – התאמת שלב לתפקידו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שלב 1 – קוראים את השאלה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בדיקה אם השאלה כבר מרמזת על מיקום המידע בטקסט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שלב 2 – מה אפשר להפיק מהשאלה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הקפת מילים כמו 'הסבירו', 'השוו', 'בפסקה 2'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שלב 3 – מסמנים מילות 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מענה במשפט מלא ובדיקה שכל חלק בשאלה קיבל מענה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שלב 4 – מה עליי לעשות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קריאה לאטית, ואפילו פעמיים, לפני שמתחילים לענות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שלב 5 – מבצעים את המשימה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ניסוח מה נדרש וזיהוי הממד: איתור, פרשנות או הערכה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חמשת השלבים לפירוק שאלה – יישום וניתוח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קראו: 'הסבירו מדוע, לדעתכם, הכותב פתח את הכתבה בתיאור אישי, והביאו דוגמה מהטקסט התומכת בטענתכם.' סמנו את מילות השאלה וקבעו לאיזה ממד היא שייכת.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נסחו את שלב 4 (מה עליי לעשות) עבור השאלה: 'האם ההחלטה שהוצגה בכתבה הייתה לדעתכם נכונה? נמקו בעזרת שני פרטים מהטקסט.'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שאלה מתוך אחד מסוגי הטקסטים באתר (מודעה, כתבה, מאמר מידע, בלוג או טקסט טיעוני) ועברו עליה בכתב לפי חמשת השלבים, שלב אחר שלב.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מדוע קריאה חפוזה של השאלה עלולה להוביל לתשובה חלקית, גם כשהתלמיד/ה הבין/ה את הטקסט היטב.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שלושת הממדים: איתור, פרשנות והערכה – היכרות עם הממדים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ממד מתאים לשאלה שמבקשת פרט מהטקסט?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 לממד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ממד מתאים לשאלה שמבקשת הסבר על קשר בין אירועים?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סימון מילות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לאיזה ממד שייכת המילה 'נמקו'?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 מהם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שלושת הממדים: איתור, פרשנות והערכה – זיהוי הממד בשאלות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שאלת 'לדעתכם, האם ההחלטה הייתה נכונה?' שייכת לממד איתור מידע.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בממד הערכה וביקורת מחפשים את התשובה ישירות בטקסט.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שמבקשת לציין יום, שעה ומקום שייכת לממד איתור מידע.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שלושת הממדים: איתור, פרשנות והערכה – התאמת שאלות לממד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ציינו יום, שעות ומקום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הערכה וביקורת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כמה ילדים השתתפו בפעילות?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פרשנות והיסק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מדוע לדעתכם בחרה הכותבת בכותרת זו?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איתור מידע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מה ניתן להסיק על היחסים בין הדמויות מתוך הסיפור?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איתור מידע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האם אתם מסכימים עם הטענה בטקסט? נמקו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פרשנות והיסק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שלושת הממדים: איתור, פרשנות והערכה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שאלה שמבקשת למצוא עובדה או פרט מפורש בטקסט שייכת לממד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שאלה שמבקשת להביע עמדה אישית ולנמק אותה שייכת לממד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מילון מילות שאלה – היכרות עם מילות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חייב להיות בתשובה כשכתוב ׳נמקו׳?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עובדה אחת מהטקסט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הסבר עם המילה ׳כי׳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ציטוט מדויק מהטקסט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רשימה של 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צריך לכתוב כשהשאלה אומרת ׳השוו׳?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מה דומה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מה 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דמיון וגם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 כללי של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לאיזה ממד שייכת שאלה שמבקשת להסביר סיבה להתנהגות?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ממד מתאים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לאיזה ממד שייכת שאלת ׳היכן׳?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כתיבה יוצרת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לאיזה ממד שייכת שאלה שמבקשת דעה ונימוק?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 עובדתי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מילון מילות שאלה – השלמת משפטים על מבנה התשובה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מילת השאלה ׳הסבירו׳ דורשת מהכותב/ת לכתוב __________ ולא רק לציין עובדה.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׳השוו׳ מחייבת להתייחס גם לדמיון וגם ל__________ בין שני פריטים.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כאשר בשאלה כתוב ׳נמקו את עמדתכם׳, התשובה חייבת לכלול את המילה __________ שמסבירה את הסיבה.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שאלה שמנוסחת ׳ציינו שלוש דוגמאות׳ מחייבת תשובה עם __________ חלקים נפרדים.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שאלה שמתחילה ב׳מה דעתכם...׳ שייכת לממד __________ מכיוון שהיא דורשת חוות דעת אישית מבוססת.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מילון מילות שאלה – ניתוח וכתיבה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במשפט אחד מדוע מילת השאלה ׳נמקו׳ קובעת שהתשובה חייבת לכלול את המילה ׳כי׳.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קראו: ׳השוו בין עמדת הכותב לעמדת הדמות, והסבירו איזו עמדה משכנעת יותר. נמקו׳. פרטו אילו חלקים חייבים להופיע בתשובה מלאה.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נסחו שאלה בעלת שלוש דרישות (למשל: מידע + הסבר + דעה מנומקת) על טקסט לבחירתכם, וציינו את מילות השאלה שבה.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מדוע חשוב לזהות את מילת השאלה לפני שמתחילים לכתוב תשובה? נמקו בשתי סיבות.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תרגול לפי טקסטים מסוגות שונות – מכירים את הסוגות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מודעה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מסביר תופעה כללית ומביא נתונים והסברים התומכים 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כתבה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כתיבה אישית המתארת חוויה או תהליך מנקודת מבטו של הכותב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מאמר מידע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מזמינה את הקהל להשתתף באירוע ונותנת פרטים מעשיים כמו תאריך ומקום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בלוג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מציג עמדה בנושא שנוי במחלוקת ומביא נימוקים התומכים 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טקסט טיעוני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מספרת על אירוע אמיתי שהתרחש ועונה על מי, מה, איפה ומתי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תרגול לפי טקסטים מסוגות שונות – זיהוי הממד בשאלות אמיתיות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ממד שייכת השאלה הזו?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כתיבה יצירתית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הממד של השאלה הזו?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כתיבה יצירתית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לאיזה ממד שייכת שאלה שמבקשת עמדה ונימוק?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כתיבה יצירתית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שאלה שמבקשת להסביר קשר בין שני דברים – לאיזה ממד שייכת?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כתיבה יצירתית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מצאו את מילת השאלה במשפט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השוו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תחושותיה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בלוג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תרגול לפי טקסטים מסוגות שונות – כתיבת שאלות לפי ממד וסוגה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שאלה בממד איתור מידע על תוכנו של מאמר המידע 'לילה טוב למוח'.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שאלה בממד הערכה וביקורת על הטקסט הטיעוני 'הפסקה בתנועה', ונמקו מדוע השאלה שייכת לממד הזה.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שתיים מתוך חמש הסוגות שנלמדו (מודעה, כתבה, מאמר מידע, בלוג, טקסט טיעוני) והסבירו במשפט אחד מה ההבדל המרכזי ביניהן מבחינת מטרת הכתיבה.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חזרה מסכמת וכרטיס יציאה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השלב הראשון בשיטת חמשת השלבים הוא לקרוא את השאלה עד הסוף, לאט ואפילו פעמיים.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הפרטים שמופיעים בשאלה אינו קשור כלל למספר החלקים הנדרשים בתשובה.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האחרון בשיטה בודקים אם עניתי על כל חלקי השאלה.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שאלה כמו 'נמקו' מחייבת לכלול בתשובה את המילה 'כי' או הסבר לסיבה.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חזרה מסכמת וכרטיס יציאה – זיהוי הממד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ממד מתאים לשאלה 'באיזו שעה?'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ניסוח מחדש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ממד מתאים לשאלה שמבקשת דעה ונימוק?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 עובדתי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ממד מתאים לשאלה על כוונת הכותב?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ציטוט ישיר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חזרה מסכמת וכרטיס יציאה – התאמת ניסוח לממד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ציטטו מהטקסט את המשפט המתאים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הערכה וביקורת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מה ניתן להסיק מהתנהגות הדמות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איתור מידע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האם לדעתכם הפתרון שהוצע הוגן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איתור מידע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באיזו פסקה מופיע המידע המבוקש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פרשנות והיסק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במילים שלי מהם חמשת השלבים לפירוק שאלה?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מצליח/ה לזהות לאיזה ממד שייכת שאלה נתונה - איתור, פרשנות או הערכה?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התשובות שאני כותב/ת כוללות את כל החלקים שהשאלה דורשת, ומנוסחות במשפט מלא?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השאלה כטקסט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