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שאלה היא טקסט קצר שיש לקרוא ולפרק בעיון לפני 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ולהפנים את חמשת השלבים לפירוק שאלה ומענה מלא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ממדי השאלה ולהתאים את אופי התשובה לכל 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שליטה במילות שאלה מרכזיות וביישומן בכתיבת תשובות 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השאלה כטקסט: מבוא – מזהים את הרעיון הבסיסי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השאלה בשיטת חמשת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קריאה חלקית עלולה לגרום לפספס פרט או חלק מהמשימה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השאלה עצמה נותנת רמזים ומידע מסייע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השאלה כטקסט: מבוא – מזהים את המרכיבים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איור מלווה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מספר החלקים הנדרשים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מיקום המידע בטקסט (פסקה 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השאלה כטקסט: מבוא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 מה השאלה עוסקת)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(פרט שכבר נמסר בתוך השאלה 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(הפעולה שיש לבצע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כמו מדוע, הסבירו, השוו)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השאלה כטקסט: מבוא – משלימים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חמשת השלבים לפירוק שאלה – זיהוי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לקרוא את השאלה לאט, ואפילו פעמיים, לפני שעונים.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חצי מהתשובה כבר כתובה בשאלה, למשל מספר הפסקה.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מספר בשאלה שווה למספר חלקי התשובה הנדרשים.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'נמקו' מחייב לכתוב הסבר עם מילת הקישור 'כי'.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בדיקת הבקרה האחרונה לפני הגשת התשובה.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חמשת השלבים לפירוק שאלה – התאמת שלב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(קריאה לאטית, ואפילו פעמיים, לפני שמתחילים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(בדיקה אם השאלה כבר מרמזת על מיקום המידע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(הקפת מילים כמו 'הסבירו', 'השוו', 'בפסקה 2')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(ניסוח מה נדרש וזיהוי הממד: איתור, פרשנות או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(מענה במשפט מלא ובדיקה שכל חלק בשאלה קיבל מענה)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חמשת השלבים לפירוק שאלה – יישום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מילות השאלה: 'הסבירו', 'לדעתכם', 'הביאו דוגמה'. השאלה שייכת לממד פרשנות והיסק (ויש בה גם רכיב הערכה), כי נדרש הסבר אישי מבוסס על 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 להביע עמדה אישית (מסכים/ה או לא) ולנמק אותה בשני פרטים מתוך הטקסט – זו שאלה בממד הערכה וביקורת.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את חמשת השלבים: קריאה, הפקת מידע, סימון מילות שאלה, ניסוח המשימה וזיהוי ממד, ומענה מלא.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חפוזה עלולה לגרום לפספוס מילות שאלה, מספר חלקים נדרשים או הוראה כמו 'נמקו', וכך להתקבל תשובה חלקית למרות הבנת הטקסט.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שלושת הממדים: איתור, פרשנות והערכה – היכרות עם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שלושת הממדים: איתור, פרשנות והערכה – זיהוי הממד בשאלות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שאלת הערכה וביקורת, כי מבקשים עמדה אישית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בממד הזה מחפשים בראש, מביעים עמדה ומנמקים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מדובר בפרטים מפורשים הכתובים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שלושת הממדים: איתור, פרשנות והערכה – התאמת שאלות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(הערכה וביקורת)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שלושת הממדים: איתור, פרשנות והערכה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מילון מילות שאלה – היכרות עם מילות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הסבר עם המילה ׳כי׳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גם דמיון וגם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מילון מילות שאלה – השלמת משפטים על מבנה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מילון מילות שאלה – ניתוח וכתיבה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׳נמקו׳ מבקש סיבה, והמילה ׳כי׳ מחברת בין הטענה לבין ההסבר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דמיון בין העמדות, הבדל ביניהן, בחירה באחת מהן, ונימוק עם ׳כי׳ לבחירה.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שמשלבת למשל ׳ציינו׳, ׳הסבירו׳ ו׳לדעתכם... נמקו׳, עם סימון מילות השאלה.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לדעת כמה חלקים צריך בתשובה, וכדי לדעת לאיזה ממד לפנות (טקסט, בין השורות או דעה אישית).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תרגול לפי טקסטים מסוגות שונות – מכירים את 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(מזמינה את הקהל להשתתף באירוע ונותנת פרטים מעשיים כמו תאריך ומקום)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(מספרת על אירוע אמיתי שהתרחש ועונה על מי, מה,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(מסביר תופעה כללית ומביא נתונים והסברים התומכים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(כתיבה אישית המתארת חוויה או תהליך מנקודת מבטו של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(מציג עמדה בנושא שנוי במחלוקת ומביא נימוקים התומכים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לפי טקסטים מסוגות שונות – זיהוי הממד בשאלות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השוו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לפי טקסטים מסוגות שונות – כתיבת שאלות לפי ממד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הבודקת פרט מפורש בטקסט, למשל כמה שעות שינה מומלצות לבני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שמבקשת עמדה אישית ונימוק, כגון האם יש לחייב משחקים פעילים בהפסקה; שייכת להערכה כי דורשת שיפוט ולא רק איתור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מאמר מידע נועד להסביר תופעה באמצעות נתונים, ואילו בלוג נועד לשתף חוויה אישית מנקודת מבט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וכרטיס יציאה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השלב הראשון שמטרתו הבנה מלאה של השאלה לפני כל ניסיון לענות.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מצביע בדרך כלל על מספר החלקים שצריך לכלול בתשובה.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שלב 5 כולל חזרה לסימונים משלב 3 ובדיקה שכל חלק נענה.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נימוק הוא חלק הכרחי בתשובה לשאלה שמבקשת 'נמקו'.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וכרטיס יציאה – זיהוי הממד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חזרה מסכמת וכרטיס יציאה – התאמת ניסוח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(איתור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כל חמשת השלבים בסדר הנכון ומסבירה בקצרה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מבוסס על מילת השאלה ועל סוג הפעולה הנדרשת - מציאה, הסקה או חוות דעת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עצמית מול מספר החלקים שהשאלה דרשה והאם כל חלק נענה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לכמה שיעורים - פרק אחד או שניים בכל שיעור, עם חזרה קצרה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בגרסת חנ״מ עבור תלמידים הזקוקים להתאמות, עם 3 אפשרויות ופתיח משפט במקום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להשתמש בגרסת עברית פשוטה עם מילון מונחים נלווה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בכרטיס יציאה כדי לעקוב אחר ההתקדמות ולזהות תלמידים הזקוקים לתרגול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חוברת זו מלווה אתכם בתרגול שיטתי של פירוק שאלות לפי חמישה שלבים. עברו על הפרקים לפי הסדר, תרגלו כל שלב בעצמכם, ובידקו את עצמכם בעזרת כרטיסי היציאה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השאלה כטקסט: מבוא – מזהים את הרעיון הבסיסי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היא טקסט קצר שיש בו נושא, מידע והוראה.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חלק מהשאלה ולעבור ישר לכתיבת התשובה, כי החשוב הוא רק הסוף.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לפעמים חלק מהתשובה כבר כתוב בתוך השאלה עצמה, למשל ציון מספר 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השאלה כטקסט: מבוא – מזהים את המרכיבים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אינו אחד משלושת המרכיבים של השאלה כטקסט?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איור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כאשר שאלה מבקשת 'ציינו שלוש סיבות', המספר שבה מלמד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המילים הנדרשת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החלקים הנדרשים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הפסקאות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הטקסט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בשאלה 'בפסקה 3 מסופר על גיבור הסיפור. מדוע לדעתכם קיבל את ההחלטה?' – המידע שכבר נמסר בשאלה עצמה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מיקום המידע בטקסט (פסקה 3)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הסיבה להחלטה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התשובה המלאה לשאלה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השאלה כטקסט: מבוא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כמו מדוע, הסבירו, השוו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פרט שכבר נמסר בתוך השאלה עצמה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הפעולה שיש לבצע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 מה השאלה עוסקת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השאלה כטקסט: מבוא – משלימים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"__________" בשאלה מחייבת לכתוב נימוק עם המילה "כי".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לפעמים חצי מהתשובה כבר כתוב ב__________ עצמה, למשל ציון מספר פסקה.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חמשת השלבים לפירוק שאלה – זיהוי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בשיטה הוא לקרוא את השאלה פעם אחת בלבד ובמהירות.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השני בודקים איזה מידע אפשר להפיק מהשאלה עצמה, עוד לפני החזרה לטקסט.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בתוך השאלה, כמו 'ציינו שתי סיבות', מצביע על 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'נמקו' בשאלה מתקיימת גם בלי הסבר, רק באמצעות ציון עובדה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החמישי חוזרים לסימונים שסומנו בשלב 3 ובודקים שכל חלק בשאלה נענה.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חמשת השלבים לפירוק שאלה – התאמת שלב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 – קוראים את 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מענה במשפט מלא ובדיקה שכל חלק בשאלה קיבל מענה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 – מה אפשר להפיק מהשאלה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ניסוח מה נדרש וזיהוי הממד: איתור, פרשנות או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 – מסמנים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בדיקה אם השאלה כבר מרמזת על מיקום המידע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 – מה עליי לעשות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הקפת מילים כמו 'הסבירו', 'השוו', 'בפסקה 2'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 – מבצעים את המשימה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קריאה לאטית, ואפילו פעמיים, לפני שמתחילים לענות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חמשת השלבים לפירוק שאלה – יישום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'הסבירו מדוע, לדעתכם, הכותב פתח את הכתבה בתיאור אישי, והביאו דוגמה מהטקסט התומכת בטענתכם.' סמנו את מילות השאלה וקבעו לאיזה ממד היא שייכת.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את שלב 4 (מה עליי לעשות) עבור השאלה: 'האם ההחלטה שהוצגה בכתבה הייתה לדעתכם נכונה? נמקו בעזרת שני פרטים מהטקסט.'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שאלה מתוך אחד מסוגי הטקסטים באתר (מודעה, כתבה, מאמר מידע, בלוג או טקסט טיעוני) ועברו עליה בכתב לפי חמשת השלבים, שלב אחר שלב.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קריאה חפוזה של השאלה עלולה להוביל לתשובה חלקית, גם כשהתלמיד/ה הבין/ה את הטקסט היטב.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שלושת הממדים: איתור, פרשנות והערכה – היכרות עם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שאלה כמו 'מה קרה בפסקה השנייה?'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שמבקשת להסביר קשר בין שני אירועים בטקסט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סימון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השאלה 'נמקו' מכוונת בדרך כלל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שלושת הממדים: איתור, פרשנות והערכה – זיהוי הממד בשאלות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'לדעתכם, האם ההחלטה הייתה נכונה?'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בממד הערכה וביקורת מחפשים את התשובה ישירות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שמבקשת לציין יום, שעה ומקום שייכת לממד איתור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שלושת הממדים: איתור, פרשנות והערכה – התאמת שאלות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ציינו יום, שעות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כמה ילדים השתתפו בפעילות?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מדוע לדעתכם בחרה הכותבת בכותרת זו?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ניתן להסיק על היחסים בין הדמויות מתוך הסיפור?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האם אתם מסכימים עם הטענה בטקסט?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פרשנות והיסק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שלושת הממדים: איתור, פרשנות והערכה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שמבקשת למצוא עובדה או פרט מפורש בטקסט שייכת לממד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שמבקשת להביע עמדה אישית ולנמק אותה שייכת לממד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מילון מילות שאלה – היכרות עם מילות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מילת השאלה ׳נמקו׳ מחייבת שהתשובה תכלול...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עובדה אחת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 עם המילה ׳כי׳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 מדויק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של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השאלה ׳השוו׳ דורשת מהכותב/ת לציין...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מה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מה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דמיון וגם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כללי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השאלה ׳מה גרם לדמות לשנות את דעתה?׳ שייכת בעיקר לממד...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ממד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שאלה שמתחילה במילה ׳היכן׳ בדרך כלל שייכת לממד...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יוצרת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השאלה ׳מה דעתכם על התנהגות הדמות? נמקו׳ שייכת לממד...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עובדתי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מילון מילות שאלה – השלמת משפטים על מבנה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מילת השאלה ׳הסבירו׳ דורשת מהכותב/ת לכתוב __________ ולא רק לציין עובדה.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׳השוו׳ מחייבת להתייחס גם לדמיון וגם ל__________ בין שני פריטים.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בשאלה כתוב ׳נמקו את עמדתכם׳, התשובה חייבת לכלול את המילה __________ שמסבירה את הסיבה.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שאלה שמנוסחת ׳ציינו שלוש דוגמאות׳ מחייבת תשובה עם __________ חלקים נפרדים.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שמתחילה ב׳מה דעתכם...׳ שייכת לממד __________ מכיוון שהיא דורשת חוות דעת אישית מבוססת.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מילון מילות שאלה – ניתוח וכתיבה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מילת השאלה ׳נמקו׳ קובעת שהתשובה חייבת לכלול את המילה ׳כי׳.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קראו: ׳השוו בין עמדת הכותב לעמדת הדמות, והסבירו איזו עמדה משכנעת יותר. נמקו׳. פרטו אילו חלקים חייבים להופיע בתשובה מלאה.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נסחו שאלה בעלת שלוש דרישות (למשל: מידע + הסבר + דעה מנומקת) על טקסט לבחירתכם, וציינו את מילות השאלה שבה.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חשוב לזהות את מילת השאלה לפני שמתחילים לכתוב תשובה? נמקו בשתי סיבות.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תרגול לפי טקסטים מסוגות שונות – מכירים את 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מספרת על אירוע אמיתי שהתרחש ועונה על מי, מה, איפה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 עמדה בנושא שנוי במחלוקת ומביא נימוקים התומכים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מאמר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מזמינה את הקהל להשתתף באירוע ונותנת פרטים מעשיים כמו תאריך ומקום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מסביר תופעה כללית ומביא נתונים והסברים התומכים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כתיבה אישית המתארת חוויה או תהליך מנקודת מבטו של הכותב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לפי טקסטים מסוגות שונות – זיהוי הממד בשאלות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ואיפה יתקיים יום הספורט והנתינה?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הפך דווקא מגרש החול לגינה ירוקה ולא למגרש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אתם מסכימים שיש לארגן משחקים פעילים בהפסקה? נמקו את עמדתכם.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מה הקשר בין השינה לריכוז בלימודים, לפי מאמר המידע 'לילה טוב למוח'.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מילת השאלה במשפט: 'השוו בין תחושותיה של מעיין בשבוע הראשון לשבוע האחרון בבלוג'?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תחושותיה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לפי טקסטים מסוגות שונות – כתיבת שאלות לפי ממד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בממד איתור מידע על תוכנו של מאמר המידע 'לילה טוב למוח'.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בממד הערכה וביקורת על הטקסט הטיעוני 'הפסקה בתנועה', ונמקו מדוע השאלה שייכת לממד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שתיים מתוך חמש הסוגות שנלמדו (מודעה, כתבה, מאמר מידע, בלוג, טקסט טיעוני) והסבירו במשפט אחד מה ההבדל המרכזי ביניהן מבחינת מטרת הכתיבה.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חזרה מסכמת וכרטיס יציאה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בשיטת חמשת השלבים הוא לקרוא את השאלה עד הסוף, לאט ואפילו פעמיים.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הפרטים שמופיעים בשאלה אינו קשור כלל למספר החלקים הנדרשים בתשובה.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בשיטה בודקים אם עניתי על כל חלקי השאלה.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שאלה כמו 'נמקו' מחייבת לכלול בתשובה את המילה 'כי' או הסבר לסיבה.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מסכמת וכרטיס יציאה – זיהוי הממד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שאלה המבקשת 'ציינו באיזו שעה מתחיל האירוע'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ניסוח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המבקשת 'לדעתכם, האם ההחלטה הייתה נכונה? נמקו'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עובדתי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המבקשת 'מדוע לדעתכם בחר הכותב לפתוח דווקא במשפט הזה?' שייכת לממד: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 ישיר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חזרה מסכמת וכרטיס יציאה – התאמת ניסוח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ציטטו מהטקסט את המשפט המתאים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ניתן להסיק מהתנהגות הדמות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לדעתכם הפתרון שהוצע הוגן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באיזו פסקה מופיע המידע המבוקש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מהם חמשת השלבים לפירוק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לזהות לאיזה ממד שייכת שאלה נתונה - איתור, פרשנות או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התשובות שאני כותב/ת כוללות את כל החלקים שהשאלה דורשת, ומנוסחות במשפט 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